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אוריגמי – כשדף נייר הופך למכונה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הטקסט על תולדות האוריגמי והקשר שלו למתמטיקה ולהנדסה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חדש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בכתב קשר בין קיפול נייר לבין שימושים מדעיים והנדסיים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קיפול ונייר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בסין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לטקסים ולמתנות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הוא מכפיל את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קיפולים מאפשרים למשטח גדול להיות קטן ואז להיפתח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בפועל רוב האנשים מצליחים לקפל דף רק שבע או שמונה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מסביר שהסימנים מאפשרים הבנה גם בלי שפה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בפסקה על הקשר בין קיפול למתמטיקה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העגור הוא סמל לתקווה ולהתמדה, לא לעצלות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אוריגמי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עגורים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(תחום במתמטיקה העוסק בצורות ובזוויות)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(אירועים חגיגיים שנערכים לפי סדר קבוע)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(קשה, שאינו מתכופף בקלות)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(שליחה של טיל או לוויין אל החלל)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(המשך עקשני במאמץ לאורך זמן)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 של תולדות הנייר והאוריגמי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הנייר הומצא בסין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הנייר הגיע ליפן ושימש בעיקר בטקסים ולקישוט מתנות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הנייר נעשה זול ונגיש ואמנות הקיפול יצאה מהטקסים אל הבתים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במאה העשרים פותחה שיטת סימון אחידה לקיפול דגמים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להזכיר שהלוח צריך להיות קטן בשיגור ולהיפתח לגודל גדול בחלל, וקיפול מאפשר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אפשר להזכיר חלוקת קטע לשלושה חלקים שווים או בניית משולש שווה צלעות בעזרת קיפולים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קיפול נייר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לוחות סולאריים, כרית אוויר או מכשיר רפואי זעיר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הנייר נעשה עבה וקשיח מדי אחרי כמה קיפולים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דף A4 לכיתה ולבקש מהתלמידים לנסות לקפל אותו שוב ושוב כדי להמחיש את הכפלת העובי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החלק ההנדסי לדוגמה מוכרת כמו כרית אוויר או לוויין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מתקשים להתמקד בחלקי ה-mc וה-fill ולדלג על שאלות הכתיבה הפתוחות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אוריגמי – כשדף נייר הופך למכונה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הטקסט על קיפולי נייר. נלמד מאיפה האוריגמי הגיעה, ואיך היא קשורה למתמטיקה ולהנדסה.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גאומטריה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תחום במתמטיקה שעוסק בצורות, בקווים ובזוויות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שאנשים קונים ומשתמשים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אירועים חגיגיים שנערכים לפי סדר קבוע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מקדשים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מבנים המשמשים לתפילה ולפולחן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קשה, שאינו מתכופף בקלות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שיגור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שליחה של טיל או לוויין אל החלל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המשך עקשני במאמץ לאורך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להלכה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 פי הכלל או החישוב, אבל לא בהכרח במציאות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המילה אוריגמי?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קיפול ונייר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צבע 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אמנות ומשחק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וגזירה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מאיזו מדינה הגיע הנייר?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השתמשו בקיפולי נייר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למשחקי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לטקסים ולמתנות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לבניית 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לכתיבת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לעובי הדף כשמקפלים אותו שוב ושוב?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מתחלק לשניים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מכפיל את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הנדסת לוויינים משתמשת ברעיונות מהאוריגמי?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נייר קל יותר ממתכת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קיפולים מאפשרים למשטח גדול להיות קטן ואז להיפתח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נייר זול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אפשר לצבוע אותו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בפועל כמעט כל אחד מצליח לקפל דף רגיל יותר מארבעים פעם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הסימון האחידה באוריגמי מאפשרת לאנשים מתרבויות שונות לקפל את אותו דגם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בעזרת קיפולי נייר בלבד אפשר לפתור בעיות שאי אפשר לפתור במחוגה ובסרגל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בתרבות היפנית העגור הוא סמל לעצלות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אמנות הקיפול העתיקה שמקורה ביפן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הטקסט, הנייר הומצא ב__________ לפני כאלפיים 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במאה העשרים פותחה שיטת __________ אחידה שמאפשרת לקפל דגמים בכל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מסורת יפנית מספרת שמי שמקפל אלף __________ זוכה להגשמת משאלה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גאומטריה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אירועים חגיגיים שנערכים לפי סדר קבוע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קשה, שאינו מתכופף בקלות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קשיח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המשך עקשני במאמץ לאורך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שיגור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תחום במתמטיקה העוסק בצורות ובזוויות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שליחה של טיל או לוויין אל החלל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 של תולדות הנייר והאוריגמי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במאה העשרים פותחה שיטת סימון אחידה לקיפול דגמים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הנייר נעשה זול ונגיש ואמנות הקיפול יצאה מהטקסים אל הבתים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הנייר הגיע ליפן ושימש בעיקר בטקסים ולקישוט מתנות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הנייר הומצא בסין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מהנדסים משתמשים ברעיונות אוריגמי כדי לבנות לוחות סולאריים ללוויינים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קשר אחד בין קיפול נייר למתמטיקה שמוזכר בטקסט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המשמעות של המילה אוריגמי?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לשימוש הנדסי או רפואי באוריגמי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בפועל אי אפשר לקפל דף רגיל יותר משמונה פעמים?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אוריגמי – כשדף נייר הופך למכונה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